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ALT KOMİSYON BAŞVURU FORMU</w:t>
      </w:r>
    </w:p>
    <w:p>
      <w:r>
        <w:t>Kadın Araştırmaları Merkezi</w:t>
      </w:r>
    </w:p>
    <w:p>
      <w:r>
        <w:t>Alt Komisyon Üyeliği Başvuru Formu</w:t>
        <w:br/>
      </w:r>
    </w:p>
    <w:p>
      <w:pPr>
        <w:pStyle w:val="Heading2"/>
      </w:pPr>
      <w:r>
        <w:t>1. Kişisel Bilgiler</w:t>
      </w:r>
    </w:p>
    <w:p>
      <w:r>
        <w:t>Adı Soyadı : ....................................................</w:t>
      </w:r>
    </w:p>
    <w:p>
      <w:r>
        <w:t>Unvanı : ....................................................</w:t>
      </w:r>
    </w:p>
    <w:p>
      <w:r>
        <w:t>Birim/Fakülte : ....................................................</w:t>
      </w:r>
    </w:p>
    <w:p>
      <w:r>
        <w:t>Telefon : ....................................................</w:t>
      </w:r>
    </w:p>
    <w:p>
      <w:r>
        <w:t>E-posta : ....................................................</w:t>
      </w:r>
    </w:p>
    <w:p/>
    <w:p>
      <w:pPr>
        <w:pStyle w:val="Heading2"/>
      </w:pPr>
      <w:r>
        <w:t>2. Başvurulan Alt Komisyon</w:t>
      </w:r>
    </w:p>
    <w:p>
      <w:r>
        <w:t>Lütfen başvurmak istediğiniz komisyonu işaretleyiniz:</w:t>
        <w:br/>
      </w:r>
    </w:p>
    <w:p>
      <w:r>
        <w:t>☐ Eğitim ve Farkındalık Komisyonu</w:t>
      </w:r>
    </w:p>
    <w:p>
      <w:r>
        <w:t>☐ Araştırma ve Proje Geliştirme Komisyonu</w:t>
      </w:r>
    </w:p>
    <w:p>
      <w:r>
        <w:t>☐ Kadına Yönelik Şiddetle Mücadele ve Destek Komisyonu</w:t>
      </w:r>
    </w:p>
    <w:p>
      <w:r>
        <w:t>☐ Psikososyal Destek ve Rehberlik Komisyonu</w:t>
      </w:r>
    </w:p>
    <w:p>
      <w:r>
        <w:t>☐ Hukuk, Haklar ve Savunuculuk Komisyonu</w:t>
      </w:r>
    </w:p>
    <w:p>
      <w:r>
        <w:t>☐ İstihdam, Girişimcilik ve Kariyer Gelişimi Komisyonu</w:t>
      </w:r>
    </w:p>
    <w:p>
      <w:r>
        <w:t>☐ Toplumsal Katkı ve Paydaş İlişkileri Komisyonu</w:t>
      </w:r>
    </w:p>
    <w:p>
      <w:r>
        <w:t>☐ İzleme, Değerlendirme ve Kalite Komisyonu</w:t>
      </w:r>
    </w:p>
    <w:p>
      <w:r>
        <w:t>☐ Yayın, İletişim ve Dijital Medya Komisyonu</w:t>
      </w:r>
    </w:p>
    <w:p>
      <w:r>
        <w:t>☐ UNESCO Komisyonu</w:t>
      </w:r>
    </w:p>
    <w:p/>
    <w:p>
      <w:pPr>
        <w:pStyle w:val="Heading2"/>
      </w:pPr>
      <w:r>
        <w:t>3. Başvuru Gerekçesi ve Katkı Alanları</w:t>
      </w:r>
    </w:p>
    <w:p>
      <w:r>
        <w:t>Başvuru gerekçenizi ve katkı sağlayabileceğiniz alanları belirtiniz:</w:t>
        <w:br/>
      </w:r>
    </w:p>
    <w:p>
      <w:r>
        <w:t>......................................................................................</w:t>
      </w:r>
    </w:p>
    <w:p>
      <w:r>
        <w:t>......................................................................................</w:t>
      </w:r>
    </w:p>
    <w:p>
      <w:r>
        <w:t>......................................................................................</w:t>
      </w:r>
    </w:p>
    <w:p>
      <w:r>
        <w:t>......................................................................................</w:t>
      </w:r>
    </w:p>
    <w:p/>
    <w:p>
      <w:pPr>
        <w:pStyle w:val="Heading2"/>
      </w:pPr>
      <w:r>
        <w:t>4. Önceki Deneyimler (Varsa)</w:t>
      </w:r>
    </w:p>
    <w:p>
      <w:r>
        <w:t>İlgili alandaki deneyimlerinizi belirtiniz:</w:t>
        <w:br/>
      </w:r>
    </w:p>
    <w:p>
      <w:r>
        <w:t>......................................................................................</w:t>
      </w:r>
    </w:p>
    <w:p>
      <w:r>
        <w:t>......................................................................................</w:t>
      </w:r>
    </w:p>
    <w:p>
      <w:r>
        <w:t>......................................................................................</w:t>
      </w:r>
    </w:p>
    <w:p/>
    <w:p>
      <w:pPr>
        <w:pStyle w:val="Heading2"/>
      </w:pPr>
      <w:r>
        <w:t>5. Taahhüt</w:t>
      </w:r>
    </w:p>
    <w:p>
      <w:r>
        <w:t>Bu formda beyan ettiğim bilgilerin doğru olduğunu, seçildiğim takdirde komisyon çalışmalarına aktif olarak katılacağımı kabul ve taahhüt ederim.</w:t>
        <w:br/>
      </w:r>
    </w:p>
    <w:p>
      <w:r>
        <w:t>Tarih : ........../........../............</w:t>
      </w:r>
    </w:p>
    <w:p>
      <w:r>
        <w:t>İmza  : ....................................................</w:t>
      </w:r>
    </w:p>
    <w:p>
      <w:r>
        <w:br/>
      </w:r>
    </w:p>
    <w:p>
      <w:pPr>
        <w:pStyle w:val="Heading2"/>
      </w:pPr>
      <w:r>
        <w:t>Değerlendirme (Yönetim Kurulu Tarafından Doldurulacaktır)</w:t>
      </w:r>
    </w:p>
    <w:p>
      <w:r>
        <w:t>Başvuru Durumu: ☐ Kabul     ☐ Red     ☐ Yedek</w:t>
      </w:r>
    </w:p>
    <w:p>
      <w:r>
        <w:t>Açıklama      : ....................................................</w:t>
      </w:r>
    </w:p>
    <w:p>
      <w:r>
        <w:t>Onaylayan     : ....................................................</w:t>
      </w:r>
    </w:p>
    <w:p>
      <w:r>
        <w:t>İmza / Tarih  : ....................................................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